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JUDUL ARTIKEL DITULIS HURUF KAPITAL, MAKSIMAL 15 KATA, MENCERMINKAN ISI NASKAH (FONT ARIAL 14, BOLD, CENTER)</w:t>
      </w:r>
    </w:p>
    <w:p/>
    <w:p>
      <w:pPr>
        <w:jc w:val="center"/>
      </w:pPr>
      <w:r>
        <w:rPr>
          <w:rFonts w:ascii="Arial" w:hAnsi="Arial"/>
          <w:sz w:val="22"/>
        </w:rPr>
        <w:t>Nama Penulis Pertama</w:t>
        <w:br/>
        <w:t>Afiliasi/Asal Kampus Penulis Pertama</w:t>
        <w:br/>
        <w:t>Email: email1@kampus.ac.id</w:t>
      </w:r>
    </w:p>
    <w:p/>
    <w:p>
      <w:pPr>
        <w:jc w:val="center"/>
      </w:pPr>
      <w:r>
        <w:rPr>
          <w:rFonts w:ascii="Arial" w:hAnsi="Arial"/>
          <w:sz w:val="22"/>
        </w:rPr>
        <w:t>Nama Penulis Kedua (Jika ada)</w:t>
        <w:br/>
        <w:t>Afiliasi/Asal Kampus Penulis Kedua</w:t>
        <w:br/>
        <w:t>Email: email2@kampus.ac.id</w:t>
      </w:r>
    </w:p>
    <w:p/>
    <w:p>
      <w:pPr>
        <w:jc w:val="center"/>
      </w:pPr>
      <w:r>
        <w:rPr>
          <w:rFonts w:ascii="Arial" w:hAnsi="Arial"/>
          <w:b/>
        </w:rPr>
        <w:t>Abstract</w:t>
      </w:r>
    </w:p>
    <w:p>
      <w:pPr>
        <w:jc w:val="both"/>
      </w:pPr>
      <w:r>
        <w:rPr>
          <w:rFonts w:ascii="Arial" w:hAnsi="Arial"/>
          <w:i/>
          <w:sz w:val="20"/>
        </w:rPr>
        <w:t>This is the English abstract. The abstract should be clear, descriptive, and provide a brief overview of the problem studied. Abstract topics include reasons for the selection or the importance of research topics, research methods, and a summary of the results. The abstract should end with a comment about the importance of the results or conclusions briefly. Maximum length is 250 words, written in single spacing and italicized.</w:t>
      </w:r>
    </w:p>
    <w:p>
      <w:r>
        <w:rPr>
          <w:rFonts w:ascii="Arial" w:hAnsi="Arial"/>
          <w:i/>
          <w:sz w:val="20"/>
        </w:rPr>
        <w:t>Keywords: Keyword 1; Keyword 2; Keyword 3 (Max 5 words, separated by semicolon)</w:t>
      </w:r>
    </w:p>
    <w:p/>
    <w:p>
      <w:pPr>
        <w:jc w:val="center"/>
      </w:pPr>
      <w:r>
        <w:rPr>
          <w:rFonts w:ascii="Arial" w:hAnsi="Arial"/>
          <w:b/>
        </w:rPr>
        <w:t>Abstrak</w:t>
      </w:r>
    </w:p>
    <w:p>
      <w:pPr>
        <w:jc w:val="both"/>
      </w:pPr>
      <w:r>
        <w:rPr>
          <w:rFonts w:ascii="Arial" w:hAnsi="Arial"/>
          <w:sz w:val="20"/>
        </w:rPr>
        <w:t>Ini adalah abstrak berbahasa Indonesia. Abstrak harus jelas, deskriptif, dan memberikan gambaran singkat mengenai masalah yang diteliti. Topik abstrak mencakup alasan pemilihan atau pentingnya topik penelitian, metode penelitian, dan ringkasan hasil. Abstrak harus diakhiri dengan komentar tentang pentingnya hasil atau kesimpulan secara singkat. Panjang maksimal 250 kata, ditulis dengan spasi tunggal.</w:t>
      </w:r>
    </w:p>
    <w:p>
      <w:r>
        <w:rPr>
          <w:rFonts w:ascii="Arial" w:hAnsi="Arial"/>
          <w:sz w:val="20"/>
        </w:rPr>
        <w:t>Kata Kunci: Kata kunci 1; Kata kunci 2; Kata kunci 3 (Maksimal 5 kata, dipisah titik koma)</w:t>
      </w:r>
    </w:p>
    <w:p>
      <w:r>
        <w:br w:type="page"/>
      </w:r>
    </w:p>
    <w:p>
      <w:pPr>
        <w:pStyle w:val="Heading1"/>
      </w:pPr>
      <w:r>
        <w:rPr>
          <w:rFonts w:ascii="Arial" w:hAnsi="Arial"/>
          <w:b/>
          <w:color w:val="000000"/>
          <w:sz w:val="24"/>
        </w:rPr>
        <w:t>1. PENDAHULUAN</w:t>
      </w:r>
    </w:p>
    <w:p>
      <w:pPr>
        <w:jc w:val="both"/>
      </w:pPr>
      <w:r>
        <w:rPr>
          <w:rFonts w:ascii="Arial" w:hAnsi="Arial"/>
          <w:sz w:val="22"/>
        </w:rPr>
        <w:t>Bagian pendahuluan berisi latar belakang masalah, konteks penelitian, kajian literatur (state of the art) sebagai dasar pernyataan kebaruan ilmiah dari naskah, rumusan masalah, dan tujuan penelitian. Format penulisan menggunakan font Arial ukuran 11, spasi 1.15, dengan rata kanan-kiri (Justify). Panjang pendahuluan biasanya sekitar 15-20% dari total panjang naskah.</w:t>
      </w:r>
    </w:p>
    <w:p>
      <w:pPr>
        <w:pStyle w:val="Heading1"/>
      </w:pPr>
      <w:r>
        <w:rPr>
          <w:rFonts w:ascii="Arial" w:hAnsi="Arial"/>
          <w:b/>
          <w:color w:val="000000"/>
          <w:sz w:val="24"/>
        </w:rPr>
        <w:t>2. METODE PENELITIAN</w:t>
      </w:r>
    </w:p>
    <w:p>
      <w:pPr>
        <w:jc w:val="both"/>
      </w:pPr>
      <w:r>
        <w:rPr>
          <w:rFonts w:ascii="Arial" w:hAnsi="Arial"/>
          <w:sz w:val="22"/>
        </w:rPr>
        <w:t>Metode penelitian menjelaskan jenis penelitian (apakah field research atau library research), pendekatan yang digunakan, sumber data, serta teknik pengumpulan dan analisis data. Penjelasan harus ringkas namun cukup jelas agar pembaca memahami cara penelitian ini dilakukan.</w:t>
      </w:r>
    </w:p>
    <w:p>
      <w:pPr>
        <w:pStyle w:val="Heading1"/>
      </w:pPr>
      <w:r>
        <w:rPr>
          <w:rFonts w:ascii="Arial" w:hAnsi="Arial"/>
          <w:b/>
          <w:color w:val="000000"/>
          <w:sz w:val="24"/>
        </w:rPr>
        <w:t>3. HASIL DAN PEMBAHASAN</w:t>
      </w:r>
    </w:p>
    <w:p>
      <w:pPr>
        <w:jc w:val="both"/>
      </w:pPr>
      <w:r>
        <w:rPr>
          <w:rFonts w:ascii="Arial" w:hAnsi="Arial"/>
          <w:sz w:val="22"/>
        </w:rPr>
        <w:t>Bagian ini merupakan inti dari naskah (sekitar 60-70% dari total naskah). Sajikan hasil penelitian secara sistematis dan bahas secara mendalam. Bandingkan hasil temuan dengan teori atau penelitian-penelitian sebelumnya. Gunakan sub-heading jika diperlukan untuk memisahkan fokus pembahasan.</w:t>
      </w:r>
    </w:p>
    <w:p>
      <w:pPr>
        <w:pStyle w:val="Heading1"/>
      </w:pPr>
      <w:r>
        <w:rPr>
          <w:rFonts w:ascii="Arial" w:hAnsi="Arial"/>
          <w:b/>
          <w:color w:val="000000"/>
          <w:sz w:val="24"/>
        </w:rPr>
        <w:t>4. KESIMPULAN</w:t>
      </w:r>
    </w:p>
    <w:p>
      <w:pPr>
        <w:jc w:val="both"/>
      </w:pPr>
      <w:r>
        <w:rPr>
          <w:rFonts w:ascii="Arial" w:hAnsi="Arial"/>
          <w:sz w:val="22"/>
        </w:rPr>
        <w:t>Kesimpulan bukan sekadar mengulang hasil, melainkan merangkum temuan utama yang menjawab rumusan masalah. Kesimpulan ditulis dalam bentuk paragraf mengalir (bukan numbering/bullet). Tambahkan juga saran atau rekomendasi untuk penelitian selanjutnya jika ada.</w:t>
      </w:r>
    </w:p>
    <w:p>
      <w:pPr>
        <w:pStyle w:val="Heading1"/>
      </w:pPr>
      <w:r>
        <w:rPr>
          <w:rFonts w:ascii="Arial" w:hAnsi="Arial"/>
          <w:b/>
          <w:color w:val="000000"/>
          <w:sz w:val="24"/>
        </w:rPr>
        <w:t>DAFTAR PUSTAKA</w:t>
      </w:r>
    </w:p>
    <w:p>
      <w:pPr>
        <w:jc w:val="both"/>
      </w:pPr>
      <w:r>
        <w:rPr>
          <w:rFonts w:ascii="Arial" w:hAnsi="Arial"/>
          <w:sz w:val="22"/>
        </w:rPr>
        <w:t>Penulisan daftar pustaka wajib menggunakan APA Style (American Psychological Association). Sangat disarankan menggunakan aplikasi manajemen referensi (seperti Mendeley, Zotero, atau EndNote).</w:t>
        <w:br/>
        <w:br/>
        <w:t>Contoh penulisan:</w:t>
        <w:br/>
        <w:br/>
        <w:t>Buku:</w:t>
        <w:br/>
        <w:t>Syuhada, A. (2025). Pengantar Hukum Keluarga Islam di Indonesia. Pelaihari: Asy-Syuhada Press.</w:t>
        <w:br/>
        <w:br/>
        <w:t>Artikel Jurnal:</w:t>
        <w:br/>
        <w:t>Fulan, A., &amp; Fulanah, B. (2026). Dinamika Pendidikan Agama Islam di Era Digital. Asy-Syuhada: Jurnal Kajian Hukum dan Pendidikan Islam, 1(1), 15-30.</w:t>
      </w:r>
    </w:p>
    <w:sectPr w:rsidR="00FC693F" w:rsidRPr="0006063C" w:rsidSect="00034616">
      <w:pgSz w:w="11909" w:h="16834"/>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